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פירמידת גילים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פירמידת גילים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אוכלוסייה צעירה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אוכלוסייה מזדקנת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אוכלוסייה תומכת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אוכלוסייה נתמכת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מענק כסף על לידת תינוק.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עידוד ילודה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קצבת זקנה שמקבלים בכל חודש.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סבא שיצא לפנסיה.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גיל פרישה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מי נמצא בבסיס של פירמידת הגילים?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הילדים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הצעירים ביותר נמצאים למטה.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איך נראית פירמידה של מדינה צעירה?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בסיס רחב וקודקוד צר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בה הרבה ילדים ומעט זקנים.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מי שייך לאוכלוסייה התומכת?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המבוגרים שעובדים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המבוגרים עובדים ומפרנסים את כולם.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מי שייך לאוכלוסייה הנתמכת?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ילדים וזקנים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ילדים וזקנים צריכים עזרה וטיפול.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צריכה מדינה עם הרבה ילדים?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הרבה בתי ספר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הרבה ילדים צריכים הרבה גנים ובתי ספר.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בפירמידת גילים הזקנים נמצאים למעלה.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המבוגרים ביותר נמצאים בקודקוד.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במדינה מזדקנת יש הרבה ילדים ומעט זקנים.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במדינה מזדקנת יש מעט ילדים והרבה זקנים.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ילדים הם חלק מהאוכלוסייה הנתמכת.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הם צריכים חינוך, בריאות וטיפול.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מדינה עם הרבה זקנים לא צריכה רופאים.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עם הרבה זקנים צריכה עוד רופאים ומטפלים.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צריכה מדינה עם הרבה זקנים? כתבו שני דברים.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היא צריכה עוד רופאים ומטפלים, וגם בתים עם מעלית ונגישות.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למה ההורים שעובדים נקראים תומכים?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הם נקראים תומכים כי הם מרוויחים כסף ומפרנסים את הילדים ואת הסבים.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ציירו פירמידה של מדינה צעירה. · מי שייך לאוכלוסייה התומכת? · מי שייך לאוכלוסייה הנתמכת?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פירמידת גילים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אוכלוסייה צעירה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אוכלוסייה מזדקנת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אוכלוסייה תומכת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אוכלוסייה נתמכת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גיל פרישה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מענק כסף על לידת תינוק.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עידוד ילודה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קצבת זקנה שמקבלים בכל חודש.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סבא שיצא לפנסיה.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גיל פרישה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תלמידי בית ספר וסבים בפנסיה.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אוכלוסייה נתמכת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מהם גבולות הגיל של האוכלוסייה התומכת?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15–64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הבוגרים בני 15–64 הם הקבוצה התומכת.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איזו צורה מתאימה למדינה מפותחת עם אוכלוסייה מזדקנת?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בסיס צר וקומות עליונות רחבות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מעט ילדים והרבה קשישים יוצרים בסיס צר.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המשמעות של ״כל עובד נושא על גבו יותר אנשים״?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יש יותר נתמכים לכל תומך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כשיש הרבה ילדים וקשישים, כל עובד מממן יותר אנשים.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איזו דרך התמודדות מתאימה למדינה מזדקנת?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קליטת עובדים ממדינות אחרות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עובדים מבחוץ משלימים את המחסור בצעירים.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האתגר העיקרי של מדינה עם אוכלוסייה צעירה מאוד?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צורך בעוד בתי ספר, עבודה ומזון לאוכלוסייה שגדלה מהר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אוכלוסייה צעירה גדלה מהר וזקוקה לשירותים רבים.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רוחב כל קומה בפירמידה מראה את אחוז התושבים בקבוצת הגיל.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קומה רחבה פירושה אחוז גבוה.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קשישים הם חלק מהאוכלוסייה התומכת.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קשישים הם חלק מהאוכלוסייה הנתמכת.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העלאת גיל הפרישה היא דרך להתמודד עם הזדקנות.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אנשים עובדים יותר שנים ויש יותר תומכים.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בעולם כולו כמחצית מהתושבים הם קשישים.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בעולם כולו כעשירית מהתושבים הם קשישים.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תארו פירמידה של מדינה צעירה והסבירו מה גורם לצורתה.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הבסיס רחב והקודקוד צר: נולדים ילדים רבים בכל משפחה ותוחלת החיים נמוכה יחסית, ולכן יש הרבה ילדים ומעט קשישים.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את ההבדל בין האוכלוסייה התומכת לאוכלוסייה הנתמכת, ותנו דוגמה לשירות שכל אחת מהקבוצות הנתמכות צריכה.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התומכים הם בני 15–64 שעובדים ומשלמים מסים. הנתמכים הם ילדים, שצריכים בתי ספר, וקשישים, שצריכים רופאים ומטפלים.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בחרו מדינה מזדקנת והציעו לה שתי דרכי התמודדות. מה היתרון של כל אחת?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עידוד ילודה במענקים ובמעונות זולים – יתרון: בעתיד יהיו יותר עובדים. קליטת עובדים ממדינות אחרות – יתרון: פתרון מהיר למחסור בעובדים כבר עכשיו.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את שלוש קבוצות הגיל ואת הגילים שלהן. · איך נראית פירמידה של אוכלוסייה מזדקנת? · הציעו דרך התמודדות אחת למדינה צעירה.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פירמידת גילים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אוכלוסייה צעירה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אוכלוסייה מזדקנת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אוכלוסייה תומכת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אוכלוסייה נתמכת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גיל פרישה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קצבה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עידוד ילודה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מענק כסף על לידת תינוק.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עידוד ילודה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קצבת זקנה שמקבלים בכל חודש.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סבא שיצא לפנסיה.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גיל פרישה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תלמידי בית ספר וסבים בפנסיה.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אוכלוסייה נתמכת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הקטע מכנה את הפירמידה ״צילום רנטגן״?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היא חושפת את המבנה הפנימי של האוכלוסייה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הפירמידה מראה מבנה שלא רואים בעין: חלוקה לגילים ולמין.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מהו ״יחס תלות״?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היחס בין הנתמכים לתומכים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הוא מראה כמה נתמכים יש לכל עובד.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מהו ״חלון ההזדמנויות״ שהקטע מתאר?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שנים שבהן התומכים רבים במיוחד, לאחר ירידה בילודה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כשהילדים גדלים והילודה יורדת, יש הרבה עובדים יחסית לנתמכים.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איזו צורה מתאימה לאיטליה לפי הקטע?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פעמון או כד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איטליה היא מדינה מזדקנת עם בסיס צר.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מדוע מדינות צעירות משקיעות במיוחד בחינוך בנות?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כי השכלה של נשים קשורה למשפחות קטנות יותר ולבריאות טובה יותר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השכלה מאפשרת בחירה, עבודה ותכנון ילודה.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צורת הפירמידה מספרת על העבר וגם מנבאת את העתיד.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היא משקפת לידות ופטירות בעבר וקובעת כמה עובדים יהיו בעתיד.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יחס תלות גבוה מתקיים רק במדינות מזדקנות.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הוא קיים גם במדינות צעירות, שבהן רוב הנתמכים הם ילדים.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רובוטים לסיעוד הם דוגמה להתמודדות טכנולוגית עם הזדקנות.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הם יכולים להשלים מחסור במטפלים.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חלקם של הקשישים באוכלוסיית העולם הולך וקטן.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חלקם של הקשישים בעולם הולך וגדל.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נתחו: מה צפוי לקרות לפירמידה של מדינה צעירה בעוד 30 שנה אם הילודה תרד? תארו את השינוי ואת השלכותיו.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הבסיס יצטמק, והילדים של היום יהפכו לבוגרים, כך שאמצע הפירמידה יתרחב. יהיו הרבה תומכים ומעט ילדים – חלון הזדמנויות לצמיחה כלכלית אם יהיו מקומות עבודה.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האם קליטת עובדים ממדינות אחרות היא הפתרון הטוב ביותר להזדקנות? כתבו טיעון מנומק מכמה נקודות מבט.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כלכלית: משלים מיד את המחסור בעובדים. חברתית: מחייב קליטה, שפה ושילוב. מבחינת העובדים: הזדמנות לפרנסה, אך ריחוק מהמשפחה. לדעתי זה פתרון חשוב אך לא יחיד – כדאי לשלב עם העלאת גיל הפרישה וטכנולוגיה.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האתגרים של מדינה צעירה לאתגרים של מדינה מזדקנת בתחומי חינוך, בריאות ותעסוקה.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חינוך: צעירה – מחסור בבתי ספר; מזדקנת – בתי ספר מתרוקנים. בריאות: צעירה – בריאות תינוקות וחיסונים; מזדקנת – מחלות זקנה וסיעוד. תעסוקה: צעירה – צריך ליצור עבודה לרבים; מזדקנת – מחסור בעובדים.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בנו פירמידת גילים פשוטה לשלוש קבוצות עבור ישראל ועבור מדינה מזדקנת לבחירתכם (חפשו נתונים עדכניים). חשבו יחס תלות לכל אחת, השוו, וכתבו מה כל מדינה צריכה לתכנן לעשור הבא.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בישראל כ-28% ילדים, כ-60% בוגרים וכ-12% קשישים – יחס תלות של כ-0.67, רובו ילדים. במדינה מזדקנת כ-13% ילדים, כ-63% בוגרים וכ-24% קשישים – יחס דומה אבל רובו קשישים. ישראל צריכה בתי ספר; המדינה המזדקנת צריכה סיעוד.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מהו יחס תלות? · תארו את צורת הפירמידה של מדינה במעבר. · כתבו יתרון אחד של חלון ההזדמנויות.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בעולם כרבע מהתושבים ילדים (0–14) וכעשירית קשישים (65+), נתונים בינלאומיים 2024 מעוגלים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באפריקה כ-40% מהתושבים ילדים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ביפן עשרות אלפי אנשים מעל גיל 100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נשים חיות בממוצע כחמש שנים יותר מגברים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באירופה כחמישית מהתושבים בני 65 ומעלה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הגיל החציוני בניז׳ר כ-15; ביפן כ-49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ביפן כ-29% בני 65 ומעלה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בישראל כ-28% ילדים וכ-12% קשישים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בעולם חיים כמה מאות אלפים בני 100 ומעלה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פירמידת גילים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